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Пустолякову Андрею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