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компания «Аверс»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Общество с ограниченной ответственностью "Торговая компания "Аверс", г.Казань (подробнее) Ответчики: Управление Федеральной службы по надзору в сфере защиты прав потребителей и благополучия человека по Республике Татарстан (Роспотребнадзор), г.Казань (подробнее) Федеральное бюджетное учреждение "Федеральная кадастровая палата Федеральной службы государственной регистрации, кадастра и картографии" по Республике Татарстан, г.Казань (подробнее) Иные лица: Арбитражный суд Поволжского округа (подробнее) Одиннадцатый Арбитражный апелляционный суд (подробнее) ООО "Центр гигиены и экологии" (подробнее) ООО "Югополис" (подробнее) ФБУЗ "Центр гигиены и эпидемиологии в Кировской области" (подробнее) ФБУЗ "Центр гигиены и эпидемиологии в Нижегородской области (подробнее) ФБУЗ "Центр гигиены и эпидемиологии в Оренбургской области" (подробнее) ФБУЗ "Центр гигиены и эпидемиологии в Республике Марий Эл" (подробнее) ФБУН "Федеральный научный центр медико-профилактических технологий управления рисками здоровью населения" Федеральной службы Роспотребнадзора (подробнее) Федеральное бюджетное учреждение науки "Федеральный научный центр гигиены им. Ф.Ф. Эрисмана" Федеральной службы по надзору в сфере защиты прав потребителей и благополучия человека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