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Матиняну Илье Агасиевичу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