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«ТрансСигналСтрой»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"Транссигналстрой" (подробнее) Ответчики: Инспекция Федеральной налоговой службы №1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