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«Мегастройкомплекс»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"ТЕХНОИНЖСТРОЙ" (подробнее) Ответчики: ООО "Мегастройкомплекс"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