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энергетики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энергетики Российской Федерации (подробнее) Ответчики: СОСП по г. Москве №1 ГМУ ФССП России (подробнее) СПИ СОСП по г. Москве №1 ГМУ ФССП России Дмитриев И.Е. (подробнее) СПИ СОСП по г. Москве №1 ГМУ ФССП России Нагоева М.А. (подробнее) Иные лица: ГЛАВНОЕ МЕЖРЕГИОНАЛЬНОЕ (СПЕЦИАЛИЗИРОВАННОЕ) УПРАВЛЕНИЕ ФЕДЕРАЛЬНОЙ СЛУЖБЫ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