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«Стройкомплект-М»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"СТРОЙКОМПЛЕКТ-М" (подробнее) Ответчики: ООО "МСК-Строй" (подробнее) Иные лица: Частное экспертное учреждение "Городское учреждение судебной экспертизы"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