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«СКБ Орион»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"НППКТ" (подробнее) Ответчики: АО "СКБ ОРИОН"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