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отказать судебному приставу-исполнителю отделения судебных приставов по Ворошиловскому району города Донецка Главного управления Федеральной службы судебных приставов по Донецкой Народной Республике Надеждиной Ирине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