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«Миранда»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Федеральная служба по регулированию алкогольного рынка (подробнее) Иные лица: ООО "Миранда"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