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«Набла Солюшн РУ»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