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капитального строительства администрации города Иванова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