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Плейтика Лтд. (Playtika Ltd)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