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«Нижне-Волжское управление федеральных автомобильных дорог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