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образованию Эвенкийский муниципальный район Красноярского края в лице муниципального учреждения «Департамент инженерного обеспечения» администрации Эвенкийского муниципального района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