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верская гене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