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«СОЮЗСТРОЙ» Иванову Геннадию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