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внутренних дел по Юго-Восточному административному округу Главного управления Министерства внутренних дел Российской Федерации по городу Москве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