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«Краснодарский Компрессорный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"Краснодарский Компрессорный Завод" (подробнее) Ответчики: ООО "АМЕ"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