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Ледовских Олегу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