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Герасимову Вячеславу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