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постановление Девятнадцатого арбитражного апелляционного суда от 13 октября 2023 г. и постановление Арбитражного суда Центрального округа от 12 марта 2024 г. по делу № А36-6042/2022 Арбитражного суда Липецкой области. Определением от 9 сентября 2024 г. кассационная жалоба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9 октября 2024 г. в 11 часов 00 минут. От общества поступило ходатайство о проведении судебного заседания с использованием систем видеоконференц-связи при содействии Арбитражного суда Липецкой области. Частью 1 статьи 1531 Арбитражного процессуального кодекса Российской Федерации (далее – АПК РФ) предусмотрено, что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2 заявления ими ходатайства об этом и при наличии в соответствующих арбитражных судах технической возможности осуществления видеоконференц-связи. В соответствии с пунктом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Принимая во внимание наличие технической возможности осуществления видеоконференц-связи с Арбитражным судом Липецкой области 9 октября 2024 г. в 11 часов 00 минут (время московское), суд полагает возможным удовлетворить заявленное ходатайство. В силу части 2 статьи 1531 и статьи 73 АПК РФ Верховный Суд Российской Федерации поручает Арбитражному суду Липецкой области организацию видеоконференц-связи в целях участия общества в заседании Судебной коллегии по экономическим спорам Верховного Суда Российской Федерации. Руководствуясь статьями 73, 1531, 159,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Удовлетворить ходатайство общества с ограниченной ответственностью «ЛАСАР» об участии в судебном заседании Судебной коллегии по экономическим спорам Верховного Суда Российской Федерации по делу № А36-6042/2022 Арбитражного суда Липецкой области путем использования системы видеоконференц-связи. 2. Поручить Арбитражному суду Липецкой области организацию видеоконференц-связи в здании суда (398066, г. Липецк, пл. Петра Великого, д. 7) в целях участия общества с ограниченной ответственностью «ЛАСАР» в судебном заседании Судебной коллегии по экономическим спорам Верховного Суда Российской Федерации, назначенном на 11 часов 00 минут (время московское) 9 октября 2024 г. по адресу: Поварская улица, дом 15, г. Москва. 3. Арбитражному суду Липецкой области известить общество с ограниченной ответственностью «ЛАСАР» (Передельческая ул., д. 3, г. Липецк, 398041), акционерное общество «Тихвинский вагоностроительный завод» (Промплощадка, д. 6, корп. 1, оф. 207, г. Тихвин, Ленинградская обл., 187556) о возможности явки 9 октября 2024 г. в 11 часов 00 минут (время московское) в Арбитражный суд Липецкой области, при содействии которого лица, участвующие в деле, смогут участвовать в судебном заседании Судебной 3 коллегии по экономическим спорам Верховного Суда Российской Федерации путем использования системы видеоконференц-связи. 4. Арбитражному суду Липецкой области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153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 до начала судебного заседания. 5. Арбитражному суду Липецкой области осуществить контроль за обеспечением технической возможности проведения данного судебного заседания. В сроки, установленные в части 4 статьи 1531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