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публичному акционерному обществу «Ковылкинский электромеханический завод»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