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«Стройцентр-Иркутск»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строительства Администрации города Омска (подробнее) Ответчики: ООО "Стройцентр-Иркутск"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