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«Восточная верфь»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обороны Российской Федерации (подробнее) Ответчики: АО "ВОСТОЧНАЯ ВЕРФЬ"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