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"РЕУТОВСКИЙ АБЗ" (подробнее) Ответчики: АО "Тинькофф Банк"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