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Территориальному фонду обязательного медицинского страхования Республики Крым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