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Крестецкого муниципального округа Новгородской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