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«Саратовский молочный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Саратовский молочный комбинат (подробнее) Ответчики: МИФНС №23 по СО (подробнее) Иные лица: Арбитражный суд Саратовской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