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«Элеваторспецстрой»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"УВМ-СТАЛЬ" (подробнее) Ответчики: ООО "Элеваторспецстрой"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