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Ростовской области «Центральная районная больница» в Целинском районе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