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Межрайонная инспекция Федеральной налоговой службы №17 по Московской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