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«Хутор Вуорио»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