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обществу с ограниченной ответственностью «Васильевская»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"АгроМол", г.Чистополь (подробнее) Ответчики: ООО Сельскохозяйственное "Васильевская", Альметьевский район, с.Васильевка (подробнее) Иные лица: к/у Зайцева Н.Ю. (подробнее) Межрайонная инспекция Федеральной налоговой службы №18 по Республике Татарстан (подробнее) МИ ФНС №16 по РТ (подробнее) МИ ФНС №18 по РТ (подробнее) Одиннадцатый Арбитражный апелляционный суд (подробнее) УФПС "Татарстан почтасы (подробнее) Хабибуллин Анас Мингалямович, Альметьевский район, с. Кулшарипова (подробнее) Чалмаев Олег Иванович, Чистопольский район, с. Верхняя Кондрата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