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«ТампоМеханика-Москва»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