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«Славянский судоремонтный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