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Примаченко Александру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