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Лесниченко Игорю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