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Кравцову Олегу Валерьевичу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