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«Прималкинский щебёночный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