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«Усть-Катавский вагоностроительный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"Микросан" (подробнее) Ответчики: АО "УСТЬ-КАТАВСКИЙ ВАГОНОСТРОИТЕЛЬНЫЙ ЗАВОД"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