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«Сибпласт»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Общество с ограниченной ответственностью "Сибпласт" (подробнее) Ответчики: МЕЖРАЙОННАЯ ИНСПЕКЦИЯ ФЕДЕРАЛЬНОЙ НАЛОГОВОЙ СЛУЖБЫ №21 ПО ИРКУТСКОЙ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