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«Фирма ТВЕМА»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"ФИРМА ТВЕМА" (подробнее) Ответчики: Инспекция Федеральной налоговой службы №8 по г. Москве (подробнее) Иные лица: Управление Федеральной налоговой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