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"РУССКАЯ ТЕЛЕФОННАЯ КОМПАНИЯ" (подробнее) Ответчики: Управление федеральной службы по надзору в сфере защиты прав потребителей и благополучия человека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