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Rekaflot Gemi Isletmeciligi Ve Ticaret Ltd Sti (далее – компания, заявитель) обратилось к Главному Управлению Федеральной службы судебных приставов по Ростовской области (далее – управление), межрайонному отделу судебных приставов по особым исполнительным производствам управления (далее – межрайонный отдел), судебному приставу-исполнителю межрайонного отдела управления ФИО1 о признании недействительным постановления от 31.03.2023 № 61018/23/78319. Определением судьи Верховного Суда Российской Федерации от 18.07.2024 № 308-ЭС24-10033 кассационная жалоба управления вместе с делом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28.08.2024 в 14 часов 00 минут (время московское). Компанией заявлено ходатайство об участии в судебном заседании путем использования систем видеоконференц-связи при содействии Пятнадцатого арбитражного апелляционного суда.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участвовать в судебном заседании путем использования систем видеоконференц-связи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видеоконференц-связи. Учитывая наличие технической возможности осуществления видеоконференц-связи при содействии Пятнадцатого арбитражного апелляционного суда, ходатайство заявителя подлежит удовлетворению на основании статьи 1531 Арбитражного процессуального кодекса Российской Федерации. Руководствуясь статьями 73 , 1531, 159 , 184 ,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1.Удовлетворить ходатайство Rekaflot Gemi Isletmeciligi Ve Ticaret Ltd Sti об участии в судебном заседании Судебной коллегии по экономическим спорам Верховного Суда Российской Федерации по рассмотрению дела № А53-13284/2023 Арбитражного суда Ростовской области путем использования систем видеоконференц-связи. 2.Поручить Пятнадцатому арбитражному апелляционному суду организацию видеоконференц-связи в здании Пятнадцатого арбитражного апелляционного суда (344002, &lt;...&gt;) в целях участия Rekaflot Gemi Isletmeciligi Ve Ticaret Ltd Sti в судебном заседании Судебной коллегии по экономическим спорам Верховного Суда Российской Федерации, назначенном в 14 часов 00 минут (время московское) 28.08.2024 по адресу: &lt;...&gt;. 3.Пятнадцатому арбитражному апелляционному суду известить Rekaflot Gemi Isletmeciligi Ve Ticaret Ltd Sti (ул. Добровольского, д. 7/5, кв. 142, &lt;...&gt;) о явке 28.08.2024 в 14 часов 00 минут (время московское) в Пятнадцатый арбитражный апелляционный суд, при содействии которого указанное лицо сможет участвовать в судебном заседании Судебной коллегии по экономическим спорам Верховного Суда Российской Федерации путем использования систем видеоконференц-связи. 4.Пятнадцатому арбитражному апелляционному суду проверить явку лиц, участвующих в деле, их представителей, установить личность явившихся лиц, проверить их полномочия, истребовать доверенности и выяснить вопрос о возможности их участия в соответствии с правилами, установленными частью 2 статьи 153 Арбитражного процессуального кодекса Российской Федерации. Копии документов, удостоверяющих полномочия лиц, участвующих в деле, либо их представителей выслать в секретариат Судебной коллегии по экономическим спорам Верховного Суда Российской Федерации до начала судебного заседания. 5.Пятнадцатому арбитражному апелляционному суду осуществить контроль за обеспечением технической возможности проведения данного судебного заседания. В сроки, установленные в части 4 статьи 1531 Арбитражного процессуального кодекса Российской Федерации, направить в секретариат Судебной коллегии по экономическим спорам Верховного Суда Российской Федерации материальный носитель видеозаписи судебного заседания. Судья Верховного Суда Российской Федерации Д.В. Тютин Суд: Верховный Суд РФ (подробнее) Истцы: Rekaflot Gemi Isletmeciligi Ve Ticaret Ltd Sti (подробнее) Rekaflot Gemi Isletmeciligi Ve Ticaret Ltd Sti (РЕКАФЛОТ ГЕМИ ИСЛЕТМЕСИЛИНГИ) (подробнее) Ответчики: Межрайонный отдел по особым исполнительным производства ГУФССП по Ростовской области (подробнее) Межрайонный отдел по особым исполнительным производства УФССП по Ростовской области (подробнее) начальник Межрайонного отдела по особым исполнительным производствам Главного Управления Федеральной службы судебных приставов по Ростовской области - старший судебный пристав Мартыненко Алексей Владимирович (подробнее) СПИ МО СП по ОИП УФССП по РО Луганская М.Ю. (подробнее) судебный пристав-исполнитель Межрайонного отдела по особым исполнительным производствам УФССП России по Ростовской области Луганская.М.Ю (подробнее) Иные лица: Главное управление Федеральной службы судебных приставов по Ростовской области (подробнее) Главное управление ФССП России (подробнее) Последние документы по делу: Определение от 28 августа 2024 г. по делу № А53-13284/2023 Определение от 29 июля 2024 г. по делу № А53-13284/2023 Определение от 17 июля 2024 г. по делу № А53-13284/2023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