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«Научно-производственная компания «Комплексцентр»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"Научно-производственная компания "Комплекс-Центр" (подробнее) Ответчики: ООО "КРАСМК"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