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Санкт-Петербургскому государственному казенному учреждению «Городской центр управления парковками Санкт-Петербурга»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