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профессиональному образовательному учреждению города Москвы «Политехнический колледж № 8 имени дважды Героя Советского Союза ФИО1»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АВТОНОМНОЕ ПРОФЕССИОНАЛЬНОЕ ОБРАЗОВАТЕЛЬНОЕ УЧРЕЖДЕНИЕ ГОРОДА МОСКВЫ "ПОЛИТЕХНИЧЕСКИЙ КОЛЛЕДЖ №8 ИМЕНИ ДВАЖДЫ ГЕРОЯ СОВЕТСКОГО СОЮЗА И.Ф. ПАВЛОВА" (подробнее) Ответчики: 3 РОНПР Управления по СВАО Главного управления МЧС России и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