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Строительная фирма «ПМК85»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