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«Ордена трудового красного знамени научно-исследовательский институт автоматической аппаратуры им. академика В.С. Семенихина»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